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לומדים יצירה ספרותית בכיתה ח׳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הלימוד של יצירה ספרותית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ולהבין אמצעים ספרותיים נפוצים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ודיון על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פתיחה, שאלות מדורגות, אמצעים ספרותיים, כתיבה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השוואה עם מילת דימוי כמו כמו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תיאור מוגזם כדי להדגיש רעיון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בונים הבנה שלב אחר 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הם עוזרים להבין משמעות ורגש, לא רק 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ההבדל בינו למטאפורה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(השוואה בעזרת מילה כמו כמו או כאילו)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(השוואה סמויה בלי מילת דימוי)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(תיאור מוגזם כדי להדגיש רעיון)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(הצגת שני דברים הפוכים זה מזה)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מטאפורה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 הלימוד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קריאת פתיחה והכרת הרקע ליצירה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מענה על שאלות מדורגות להבנת התוכן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זיהוי אמצעים ספרותיים ביצירה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כתיבה ודיון על משמעות היצירה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יבחר/תבחר אמצעי, יכתוב משפט דוגמה נכון, ויסביר כיצד האמצעי מעצים את המשמעות או הרגש ביצירה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עם מילת דימוי, מטאפורה 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תיאור מוגזם מתקבל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להבין משמעות עמוקה ורגש ביצירה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קצרה מהלוח לכל אמצעי ספרותי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ההבדל בין דימוי למטאפורה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skip_n מתאימים להשמטה בגרסת חנ״מ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לומדים יצירה ספרותית בכיתה ח׳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בלימוד ספרות בכיתה ח׳ עוברים על כל יצירה בארבעה שלבים: פתיחה, שאלות מדורגות, אמצעים ספרותיים, וכתיבה ודיון. דף זה מתרגל את השלבים הללו ואת האמצעים הספרותיים העיקריים.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דימוי  ·  מטאפורה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מהם ארבעת השלבים בלימוד יצירה ספרותית במסלול?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פתיחה, שאלות מדורגות, אמצעים ספרותיים, כתיבה ודיון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הקדמה, ניתוח, סיכום,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קריאה, שינה, כתיבה,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דימוי?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הגזמה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השוואה עם מילת דימוי כמו כמו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חזרה על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הגזמה?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תיאור מדויק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תיאור מוגזם כדי להדגיש רעיון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חזרה על משפט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שאלות מדורגות הולכות מהקל אל הקשה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אמצעים ספרותיים עוזרים להבין רק את העלילה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דימוי משתמש במילת השוואה כמו כמו או כאילו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תיאור מוגזם כדי להדגיש רעיון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השוואה בעזרת מילה כמו כמו או כאילו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הגזמה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הצגת שני דברים הפוכים זה מזה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השוואה סמויה בלי מילת דימוי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ב__________ יש השוואה גלויה עם מילת דימוי כמו כמו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ב__________ אין מילת דימוי, ההשוואה סמויה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שלבי הלימוד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מענה על שאלות מדורגות להבנת התוכן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קריאת פתיחה והכרת הרקע ליצירה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כתיבה ודיון על משמעות היצירה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זיהוי אמצעים ספרותיים ביצירה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אמצעי ספרותי אחד (דימוי, מטאפורה, הגזמה, ניגוד או אנשה), כתבו משפט שממחיש אותו, והסבירו מה הוא מוסיף להבנת היצירה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דימוי למטאפורה?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להגזמה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איך לומדים יצירה ספרותית בכיתה ח׳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