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יצירה ספרותית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הלימוד של יצירה 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ולהבין אמצעים ספרותיים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ודיון על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פתיחה, שאלות מדורגות, אמצעים ספרותיים,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השוואה עם מילת דימוי כמו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השוואה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תיאור מוגזם כדי להדגיש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הצגת שני דברים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מתן תכונות אדם לדבר שאינו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בונים הבנה שלב אחר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עוזרים להבין משמעות ורגש, לא רק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ההבדל בינו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במטאפורה אין מילת דימוי, ההשוואה סמויה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השלב האחרון בתהליך הלימוד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בעזרת מילה כמו כמו או כאילו)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סמויה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(תיאור מוגזם כדי להדגיש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(הצגת שני דברים הפוכים זה מזה)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(מתן תכונות אדם לדבר שאינו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קריאת פתיחה והכרת הרקע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מענה על שאלות מדורגות להבנת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זיהוי אמצעים ספרותיים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כתיבה ודיון על משמעות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אמצעי, יכתוב משפט דוגמה נכון, ויסביר כיצד האמצעי מעצים את המשמעות או הרגש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שכל שלב מוסיף הבנה - רקע, תוכן, משמעות אמנותית ולבסוף חשיבה אישית ודיון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עם מילת דימוי, מטאפורה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תיאור מוגזם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משמעות עמוקה ורגש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קצרה מהלוח לכל אמצעי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ההבדל בין דימוי למטאפורה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בגרסת חנ״מ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יצירה ספרותית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כל סיפור או שיר בארבעה שלבים. בדף הזה נתרגל את השלבים ומילים חשובות בספרות.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היכרות ראשונה עם היצירה והרקע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שאלות מדורגות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שהולכות מקל לקשה כדי להבין את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אמצעים ספרותיים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כלים שהכותב משתמש בהם כדי ליצור אפקט, כמו דימוי או מטאפורה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בעזרת מילה כמו כמו או כאילו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הגזמה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מוגזם כדי להדגיש רעיון או רגש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שני דברים הפוכים זה מזה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אדם לדבר שאינו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סדר השלבים בלימוד 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שאלות מדורגות, אמצעים ספרותיים, כתיבה ודיון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הקדמה, ניתוח, סיכום,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קריאה, שינה, כתיבה,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תרגום, דקדוק, הקראה,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עם מילת דימוי כמו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מטאפורה?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הגזמה?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מדויק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מוגזם כדי להדגיש 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מדורגת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שני דברים הפוכים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 עם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אנשה?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תכונות אדם לדבר שאינו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על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טבע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מדורגות הולכות מהקל אל הקשה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אמצעים ספרותיים עוזרים להבין רק את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במילת השוואה כמו כמו או כאילו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היא השוואה גלויה עם מילת דימוי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ודיון הם חלק מלימוד היצירה בכיתה ח׳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תיאור מוגזם כדי להדגיש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מתן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הגזמה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בעזרת מילה כמו כמו או כאילו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סמויה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הצגת שני דברים הפוכים זה מזה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יש השוואה גלויה עם מילת דימוי כמו כמו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אין מילת דימוי, ההשוואה סמויה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תיאור מוגזם כדי להדגיש רגש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מציגים שני דברים מנוגדים זה לזה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היא מתן תכונות אנושיות לחפץ או לבעל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על שאלות מדורגות להבנת התוכן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ודיון על משמעות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פתיחה והכרת הרקע ליצירה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אמצעים ספרותיים ביצירה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אמצעי ספרותי אחד (דימוי, מטאפורה, הגזמה, ניגוד או אנשה), כתבו משפט שממחיש אותו, והסבירו מה הוא מוסיף להבנת היצירה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לעבור על יצירה בארבעה שלבים (פתיחה, שאלות מדורגות, אמצעים ספרותיים, כתיבה ודיון) ולא רק לקרוא אותה פעם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להגזמה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לשים לב לאמצעים ספרותיים ביצירה?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לומדים יצירה ספרותית בכיתה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